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הערכה - מצגת עמדה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במשימת מצגת העמדה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מותר ומה אסור לבקש מ-AI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קריטריוני המחוון ושאלות הרפלקציה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רמה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לכתוב את טקסט השקפים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בשלב הראשון כותבים עמדה 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מוזכר בשלב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אסור לבקש מ-AI לכתוב טיעונים או טקסט 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טיעון ומקורות, תהליך ויומן, מצגת והצגה,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לתיעוד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(פסקת עמדה ראשונית)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(טבלת מקורות ואמינות)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(תיעוד השיחה עם AI ומה 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(טופס משוב ורשימת תיקונים)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(דף רפלקציה)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ועמדה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תכנון ובנייה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משוב עמיתים ושיפור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הצגה ושאלות מהקהל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מותר לבקש משוב, טיעוני נגד והצעות; אסור לבקש מה-AI לכתוב את הטיעונים או את טקסט השקפים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לא יכולים לבקש מה-AI לכתוב טיעונים או טקסט שקפים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את העמדה ולחזק את הטיעון הנגד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שינוי בחשיבה עם דוגמה, מה ה-AI עזר לראות ומה החליטו לא לקבל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להראות לתלמידים את שלבי המשימה המלאה מהעמוד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הסידור בזוגות ואז להשוות תשובות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הפתוחה מתאים לתרגול עצמאי בבית או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הערכה - מצגת עמדה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במשימה הזו התלמידים בונים מצגת עמדה בנושא שנוי במחלוקת, עובדים לפי שבעה שלבים מתועדים, ומשתמשים ב-AI רק כשותף לבדיקה ולמשוב - לא ככותב.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רמת AIAS מוגדרת משימת מצגת העמדה?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מקורות צריך למצוא בשלב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אסור לבקש מה-AI במשימה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טיעוני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משוב על בהירות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את טקסט השקפים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הצעות לתמונה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שקפים צריכה המצגת לכלול?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כמה שאלות מהקהל צריך לענות בהצגה?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התלמידים כותבים עמדה ראשונית בעזרת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למצוא לפחות מקור אחד שלא מסכים עם העמדה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מה-AI לכתוב את הטיעונים במצגת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של המשימה כולל ארבע קטגוריות הערכה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__________ כותבים שלושה טיעונים וטיעון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__________ בודקים אמינות של מקורות ומוצאים לפחות אחד שמתנגד לעמדה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בניית המצגת מתכננים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בסיום התהליך כותבים דף __________ על השינוי במחשבה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לתיעוד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 ועמדה ראשונית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דף 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טופס משוב ורשימת תיקונים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טיעונים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פסקת עמדה ראשונית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עמיתים ושיפור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טבלת מקורות ואמינות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תיעוד השיחה עם AI ומה 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ובנייה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ושאלות מהקהל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ועמדה ראשונית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ושיפור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שימוש מותר ב-AI לשימוש אסור במשימה הזו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לבקש מה-AI במשימת מצגת העמדה?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למצוא מקור שלא מסכים עם העמדה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הרפלקציה בסוף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משימת הערכה - מצגת עמדה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