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הערכה - מצגת עמדה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במשימת מצגת העמדה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מותר ומה אסור לבקש מ-AI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קריטריוני המחוון ושאלות הרפלקציה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רמה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כותבים עמדה ראשונית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מוזכר בשלב המקורות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לתיעוד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(פסקת עמדה ראשונית)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(טבלת מקורות ואמינות)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(תיעוד השיחה עם AI ומה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(טופס משוב ורשימת תיקונים)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ועמדה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תכנון ובנייה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הם לא יכולים לבקש מה-AI לכתוב טיעונים או טקסט שקפים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לבדוק את העמדה ולחזק את הטיעון הנגד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שינוי בחשיבה עם דוגמה, מה ה-AI עזר לראות ומה החליטו לא לקבל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להראות לתלמידים את שלבי המשימה המלאה מהעמוד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הסידור בזוגות ואז להשוות תשובות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הכתיבה הפתוחה מתאים לתרגול עצמאי בבית או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הערכה - מצגת עמדה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במשימה הזו התלמידים בונים מצגת עמדה בנושא שנוי במחלוקת, עובדים לפי שבעה שלבים מתועדים, ומשתמשים ב-AI רק כשותף לבדיקה ולמשוב - לא ככותב.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טיעונים  ·  מקורות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רמת AIAS מוגדרת משימת מצגת העמדה?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מקורות צריך למצוא בשלב המקורות?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הראשון התלמידים כותבים עמדה ראשונית בעזרת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למצוא לפחות מקור אחד שלא מסכים עם העמדה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__________ כותבים שלושה טיעונים וטיעון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__________ בודקים אמינות של מקורות ומוצאים לפחות אחד שמתנגד לעמדה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שלב לתיעוד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שאלה ועמדה ראשונית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טופס משוב ורשימת תיקונים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תיעוד השיחה עם AI ומה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טיעונים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טבלת מקורות ואמינות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משוב עמיתים ושיפור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פסקת עמדה ראשונית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ועמדה ראשונית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תכנון ובנייה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אסור לבקש מה-AI במשימת מצגת העמדה?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למצוא מקור שלא מסכים עם העמדה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משימת הערכה - מצגת עמדה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